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1646B" w14:textId="464BCED0" w:rsidR="00D00E21" w:rsidRDefault="003166BF" w:rsidP="0022058F">
      <w:pPr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S</w:t>
      </w:r>
      <w:r w:rsidR="0085600B" w:rsidRPr="00CD1E48">
        <w:rPr>
          <w:rFonts w:ascii="Garamond" w:hAnsi="Garamond"/>
          <w:b/>
          <w:bCs/>
          <w:sz w:val="28"/>
          <w:szCs w:val="28"/>
        </w:rPr>
        <w:t>zándéknyilatkozat</w:t>
      </w:r>
    </w:p>
    <w:p w14:paraId="1990D5C3" w14:textId="77777777" w:rsidR="00CD1E48" w:rsidRPr="00CD1E48" w:rsidRDefault="00CD1E48" w:rsidP="0022058F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6FE6343C" w14:textId="6DC5567C" w:rsidR="00D00E21" w:rsidRPr="0085600B" w:rsidRDefault="00F150E5" w:rsidP="0003569A">
      <w:pPr>
        <w:jc w:val="both"/>
        <w:rPr>
          <w:rFonts w:ascii="Garamond" w:hAnsi="Garamond"/>
        </w:rPr>
      </w:pPr>
      <w:r w:rsidRPr="0085600B">
        <w:rPr>
          <w:rFonts w:ascii="Garamond" w:hAnsi="Garamond"/>
        </w:rPr>
        <w:t>Alulírott [</w:t>
      </w:r>
      <w:r w:rsidRPr="0003569A">
        <w:rPr>
          <w:rFonts w:ascii="Garamond" w:hAnsi="Garamond"/>
          <w:b/>
          <w:bCs/>
        </w:rPr>
        <w:t>Vállalkozás neve</w:t>
      </w:r>
      <w:r w:rsidRPr="0085600B">
        <w:rPr>
          <w:rFonts w:ascii="Garamond" w:hAnsi="Garamond"/>
        </w:rPr>
        <w:t>], székhely: [</w:t>
      </w:r>
      <w:r w:rsidRPr="0003569A">
        <w:rPr>
          <w:rFonts w:ascii="Garamond" w:hAnsi="Garamond"/>
          <w:b/>
          <w:bCs/>
        </w:rPr>
        <w:t>cím</w:t>
      </w:r>
      <w:r w:rsidRPr="0085600B">
        <w:rPr>
          <w:rFonts w:ascii="Garamond" w:hAnsi="Garamond"/>
        </w:rPr>
        <w:t>], képviseletében [</w:t>
      </w:r>
      <w:r w:rsidRPr="0003569A">
        <w:rPr>
          <w:rFonts w:ascii="Garamond" w:hAnsi="Garamond"/>
          <w:b/>
          <w:bCs/>
        </w:rPr>
        <w:t>név, beosztás</w:t>
      </w:r>
      <w:r w:rsidRPr="0085600B">
        <w:rPr>
          <w:rFonts w:ascii="Garamond" w:hAnsi="Garamond"/>
        </w:rPr>
        <w:t xml:space="preserve">], ezúton fejezem ki szándékomat, hogy a </w:t>
      </w:r>
      <w:r w:rsidR="0003569A">
        <w:rPr>
          <w:rFonts w:ascii="Garamond" w:hAnsi="Garamond"/>
        </w:rPr>
        <w:t>Pécsi Tudományegyetem</w:t>
      </w:r>
      <w:r w:rsidRPr="0085600B">
        <w:rPr>
          <w:rFonts w:ascii="Garamond" w:hAnsi="Garamond"/>
        </w:rPr>
        <w:t xml:space="preserve"> által </w:t>
      </w:r>
      <w:r w:rsidR="00620DC1">
        <w:rPr>
          <w:rFonts w:ascii="Garamond" w:hAnsi="Garamond"/>
        </w:rPr>
        <w:t xml:space="preserve">a Service Unit pályázat keretében </w:t>
      </w:r>
      <w:r w:rsidR="00A85E1B">
        <w:rPr>
          <w:rFonts w:ascii="Garamond" w:hAnsi="Garamond"/>
        </w:rPr>
        <w:t>fejlesztésre kerülő</w:t>
      </w:r>
      <w:r w:rsidRPr="0085600B">
        <w:rPr>
          <w:rFonts w:ascii="Garamond" w:hAnsi="Garamond"/>
        </w:rPr>
        <w:t xml:space="preserve"> [</w:t>
      </w:r>
      <w:r w:rsidRPr="000E5E10">
        <w:rPr>
          <w:rFonts w:ascii="Garamond" w:hAnsi="Garamond"/>
          <w:b/>
          <w:bCs/>
        </w:rPr>
        <w:t>szolgáltatás megnevezése</w:t>
      </w:r>
      <w:r w:rsidRPr="0085600B">
        <w:rPr>
          <w:rFonts w:ascii="Garamond" w:hAnsi="Garamond"/>
        </w:rPr>
        <w:t xml:space="preserve">] </w:t>
      </w:r>
      <w:r w:rsidR="00A85E1B">
        <w:rPr>
          <w:rFonts w:ascii="Garamond" w:hAnsi="Garamond"/>
        </w:rPr>
        <w:t xml:space="preserve">szolgáltatás </w:t>
      </w:r>
      <w:r w:rsidR="005E4B76">
        <w:rPr>
          <w:rFonts w:ascii="Garamond" w:hAnsi="Garamond"/>
        </w:rPr>
        <w:t xml:space="preserve">társaságunk számára releváns tartalmat hordoz, </w:t>
      </w:r>
      <w:r w:rsidR="00007408">
        <w:rPr>
          <w:rFonts w:ascii="Garamond" w:hAnsi="Garamond"/>
        </w:rPr>
        <w:t xml:space="preserve">felépítése esetén </w:t>
      </w:r>
      <w:r w:rsidRPr="0085600B">
        <w:rPr>
          <w:rFonts w:ascii="Garamond" w:hAnsi="Garamond"/>
        </w:rPr>
        <w:t>igénybevételé</w:t>
      </w:r>
      <w:r w:rsidR="00F67BD0">
        <w:rPr>
          <w:rFonts w:ascii="Garamond" w:hAnsi="Garamond"/>
        </w:rPr>
        <w:t>nek lehetőségé</w:t>
      </w:r>
      <w:r w:rsidR="00007408">
        <w:rPr>
          <w:rFonts w:ascii="Garamond" w:hAnsi="Garamond"/>
        </w:rPr>
        <w:t>vel számolunk.</w:t>
      </w:r>
    </w:p>
    <w:p w14:paraId="6D6EDA0E" w14:textId="77715508" w:rsidR="00D00E21" w:rsidRPr="0085600B" w:rsidRDefault="002F6305" w:rsidP="0003569A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szolgáltatás felépítése </w:t>
      </w:r>
      <w:r w:rsidRPr="0085600B">
        <w:rPr>
          <w:rFonts w:ascii="Garamond" w:hAnsi="Garamond"/>
        </w:rPr>
        <w:t>elősegíthet</w:t>
      </w:r>
      <w:r w:rsidR="00E34A49">
        <w:rPr>
          <w:rFonts w:ascii="Garamond" w:hAnsi="Garamond"/>
        </w:rPr>
        <w:t>i</w:t>
      </w:r>
      <w:r w:rsidRPr="0085600B">
        <w:rPr>
          <w:rFonts w:ascii="Garamond" w:hAnsi="Garamond"/>
        </w:rPr>
        <w:t xml:space="preserve"> </w:t>
      </w:r>
      <w:r w:rsidR="00B2124F">
        <w:rPr>
          <w:rFonts w:ascii="Garamond" w:hAnsi="Garamond"/>
        </w:rPr>
        <w:t xml:space="preserve">társaságunk </w:t>
      </w:r>
      <w:r w:rsidR="00E34A49">
        <w:rPr>
          <w:rFonts w:ascii="Garamond" w:hAnsi="Garamond"/>
        </w:rPr>
        <w:t xml:space="preserve">és az </w:t>
      </w:r>
      <w:r w:rsidRPr="0085600B">
        <w:rPr>
          <w:rFonts w:ascii="Garamond" w:hAnsi="Garamond"/>
        </w:rPr>
        <w:t>Egyetem szakmai és innovációs együttműködés</w:t>
      </w:r>
      <w:r w:rsidR="00B2124F">
        <w:rPr>
          <w:rFonts w:ascii="Garamond" w:hAnsi="Garamond"/>
        </w:rPr>
        <w:t>ét</w:t>
      </w:r>
      <w:r w:rsidRPr="0085600B">
        <w:rPr>
          <w:rFonts w:ascii="Garamond" w:hAnsi="Garamond"/>
        </w:rPr>
        <w:t>.</w:t>
      </w:r>
    </w:p>
    <w:p w14:paraId="08F52D02" w14:textId="74AC663D" w:rsidR="009B5AA9" w:rsidRDefault="00F150E5" w:rsidP="0003569A">
      <w:pPr>
        <w:jc w:val="both"/>
        <w:rPr>
          <w:rFonts w:ascii="Garamond" w:hAnsi="Garamond"/>
        </w:rPr>
      </w:pPr>
      <w:r w:rsidRPr="0085600B">
        <w:rPr>
          <w:rFonts w:ascii="Garamond" w:hAnsi="Garamond"/>
        </w:rPr>
        <w:t xml:space="preserve">Jelen szándéknyilatkozat nem minősül </w:t>
      </w:r>
      <w:r w:rsidR="009B5AA9">
        <w:rPr>
          <w:rFonts w:ascii="Garamond" w:hAnsi="Garamond"/>
        </w:rPr>
        <w:t xml:space="preserve">kötelezettségvállalásnak, azt a PTE Service Unit pályázat keretében felépíteni tervezett szolgáltatás </w:t>
      </w:r>
      <w:r w:rsidR="005A0893">
        <w:rPr>
          <w:rFonts w:ascii="Garamond" w:hAnsi="Garamond"/>
        </w:rPr>
        <w:t>támogatásához</w:t>
      </w:r>
      <w:r w:rsidR="009B5AA9">
        <w:rPr>
          <w:rFonts w:ascii="Garamond" w:hAnsi="Garamond"/>
        </w:rPr>
        <w:t xml:space="preserve"> adtuk ki.</w:t>
      </w:r>
    </w:p>
    <w:p w14:paraId="1399066A" w14:textId="69431FEB" w:rsidR="00D00E21" w:rsidRPr="0085600B" w:rsidRDefault="00F150E5">
      <w:pPr>
        <w:rPr>
          <w:rFonts w:ascii="Garamond" w:hAnsi="Garamond"/>
        </w:rPr>
      </w:pPr>
      <w:r w:rsidRPr="0085600B">
        <w:rPr>
          <w:rFonts w:ascii="Garamond" w:hAnsi="Garamond"/>
        </w:rPr>
        <w:br/>
        <w:t xml:space="preserve">Kelt: </w:t>
      </w:r>
      <w:r w:rsidR="00CD1E48">
        <w:rPr>
          <w:rFonts w:ascii="Garamond" w:hAnsi="Garamond"/>
        </w:rPr>
        <w:t>Pécs</w:t>
      </w:r>
      <w:r w:rsidRPr="0085600B">
        <w:rPr>
          <w:rFonts w:ascii="Garamond" w:hAnsi="Garamond"/>
        </w:rPr>
        <w:t>, [dátum]</w:t>
      </w:r>
    </w:p>
    <w:p w14:paraId="7097B9DE" w14:textId="716A51EB" w:rsidR="00D00E21" w:rsidRPr="0022058F" w:rsidRDefault="00F150E5" w:rsidP="00CD1E48">
      <w:pPr>
        <w:jc w:val="center"/>
        <w:rPr>
          <w:rFonts w:ascii="Garamond" w:hAnsi="Garamond"/>
        </w:rPr>
      </w:pPr>
      <w:r w:rsidRPr="0085600B">
        <w:rPr>
          <w:rFonts w:ascii="Garamond" w:hAnsi="Garamond"/>
        </w:rPr>
        <w:br/>
      </w:r>
      <w:r w:rsidR="00CD1E48">
        <w:rPr>
          <w:rFonts w:ascii="Garamond" w:hAnsi="Garamond"/>
        </w:rPr>
        <w:t>………………………………</w:t>
      </w:r>
      <w:proofErr w:type="gramStart"/>
      <w:r w:rsidR="00CD1E48">
        <w:rPr>
          <w:rFonts w:ascii="Garamond" w:hAnsi="Garamond"/>
        </w:rPr>
        <w:t>…….</w:t>
      </w:r>
      <w:proofErr w:type="gramEnd"/>
      <w:r w:rsidR="00CD1E48">
        <w:rPr>
          <w:rFonts w:ascii="Garamond" w:hAnsi="Garamond"/>
        </w:rPr>
        <w:t>.</w:t>
      </w:r>
      <w:r w:rsidRPr="0085600B">
        <w:rPr>
          <w:rFonts w:ascii="Garamond" w:hAnsi="Garamond"/>
        </w:rPr>
        <w:br/>
        <w:t>[</w:t>
      </w:r>
      <w:r w:rsidRPr="00CD1E48">
        <w:rPr>
          <w:rFonts w:ascii="Garamond" w:hAnsi="Garamond"/>
          <w:b/>
          <w:bCs/>
        </w:rPr>
        <w:t>Név, beosztás</w:t>
      </w:r>
      <w:r w:rsidRPr="0085600B">
        <w:rPr>
          <w:rFonts w:ascii="Garamond" w:hAnsi="Garamond"/>
        </w:rPr>
        <w:t>]</w:t>
      </w:r>
      <w:r w:rsidRPr="0085600B">
        <w:rPr>
          <w:rFonts w:ascii="Garamond" w:hAnsi="Garamond"/>
        </w:rPr>
        <w:br/>
        <w:t>[</w:t>
      </w:r>
      <w:r w:rsidRPr="00CD1E48">
        <w:rPr>
          <w:rFonts w:ascii="Garamond" w:hAnsi="Garamond"/>
          <w:b/>
          <w:bCs/>
        </w:rPr>
        <w:t>Vállalkozás neve</w:t>
      </w:r>
      <w:r w:rsidRPr="0085600B">
        <w:rPr>
          <w:rFonts w:ascii="Garamond" w:hAnsi="Garamond"/>
        </w:rPr>
        <w:t>]</w:t>
      </w:r>
    </w:p>
    <w:sectPr w:rsidR="00D00E21" w:rsidRPr="0022058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9383816">
    <w:abstractNumId w:val="8"/>
  </w:num>
  <w:num w:numId="2" w16cid:durableId="1753161387">
    <w:abstractNumId w:val="6"/>
  </w:num>
  <w:num w:numId="3" w16cid:durableId="953563951">
    <w:abstractNumId w:val="5"/>
  </w:num>
  <w:num w:numId="4" w16cid:durableId="1598635245">
    <w:abstractNumId w:val="4"/>
  </w:num>
  <w:num w:numId="5" w16cid:durableId="1467315413">
    <w:abstractNumId w:val="7"/>
  </w:num>
  <w:num w:numId="6" w16cid:durableId="1556970309">
    <w:abstractNumId w:val="3"/>
  </w:num>
  <w:num w:numId="7" w16cid:durableId="811363140">
    <w:abstractNumId w:val="2"/>
  </w:num>
  <w:num w:numId="8" w16cid:durableId="1598633601">
    <w:abstractNumId w:val="1"/>
  </w:num>
  <w:num w:numId="9" w16cid:durableId="140052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408"/>
    <w:rsid w:val="00034616"/>
    <w:rsid w:val="0003569A"/>
    <w:rsid w:val="0006063C"/>
    <w:rsid w:val="000E5E10"/>
    <w:rsid w:val="0015074B"/>
    <w:rsid w:val="0022058F"/>
    <w:rsid w:val="0029639D"/>
    <w:rsid w:val="002F6305"/>
    <w:rsid w:val="003166BF"/>
    <w:rsid w:val="00326F90"/>
    <w:rsid w:val="003D3C56"/>
    <w:rsid w:val="00467C44"/>
    <w:rsid w:val="005A0893"/>
    <w:rsid w:val="005E4B76"/>
    <w:rsid w:val="00620DC1"/>
    <w:rsid w:val="0085600B"/>
    <w:rsid w:val="00964AB8"/>
    <w:rsid w:val="009846DE"/>
    <w:rsid w:val="009B5AA9"/>
    <w:rsid w:val="009E7697"/>
    <w:rsid w:val="00A85E1B"/>
    <w:rsid w:val="00AA1D8D"/>
    <w:rsid w:val="00B2124F"/>
    <w:rsid w:val="00B47730"/>
    <w:rsid w:val="00CB0664"/>
    <w:rsid w:val="00CD1E48"/>
    <w:rsid w:val="00D00E21"/>
    <w:rsid w:val="00E34A49"/>
    <w:rsid w:val="00F14C44"/>
    <w:rsid w:val="00F67BD0"/>
    <w:rsid w:val="00F864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22B0259-E217-4273-AA32-78416623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816e00-ee70-488f-b4f7-89bbec988d8f">
      <Terms xmlns="http://schemas.microsoft.com/office/infopath/2007/PartnerControls"/>
    </lcf76f155ced4ddcb4097134ff3c332f>
    <TaxCatchAll xmlns="fcfdece4-84ff-4b34-b30d-7a152d354934" xsi:nil="true"/>
    <Ellen_x0151_rz_x00f6_tt xmlns="cb816e00-ee70-488f-b4f7-89bbec988d8f">true</Ellen_x0151_rz_x00f6_tt>
    <_Flow_SignoffStatus xmlns="cb816e00-ee70-488f-b4f7-89bbec988d8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624D95646729E49AEED7D5B706F163D" ma:contentTypeVersion="16" ma:contentTypeDescription="Új dokumentum létrehozása." ma:contentTypeScope="" ma:versionID="28eb0fa857ebc7d2b34833d76ea104b0">
  <xsd:schema xmlns:xsd="http://www.w3.org/2001/XMLSchema" xmlns:xs="http://www.w3.org/2001/XMLSchema" xmlns:p="http://schemas.microsoft.com/office/2006/metadata/properties" xmlns:ns2="cb816e00-ee70-488f-b4f7-89bbec988d8f" xmlns:ns3="fcfdece4-84ff-4b34-b30d-7a152d354934" targetNamespace="http://schemas.microsoft.com/office/2006/metadata/properties" ma:root="true" ma:fieldsID="5a6fabbd8db601f2da18b4f6d6f4d957" ns2:_="" ns3:_="">
    <xsd:import namespace="cb816e00-ee70-488f-b4f7-89bbec988d8f"/>
    <xsd:import namespace="fcfdece4-84ff-4b34-b30d-7a152d354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Ellen_x0151_rz_x00f6_t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6e00-ee70-488f-b4f7-89bbec988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Láttamozási állapot" ma:internalName="_x0024_Resources_x003a_core_x002c_Signoff_Status">
      <xsd:simpleType>
        <xsd:restriction base="dms:Text"/>
      </xsd:simpleType>
    </xsd:element>
    <xsd:element name="Ellen_x0151_rz_x00f6_tt" ma:index="22" nillable="true" ma:displayName="Ellenőrzött" ma:default="1" ma:description="A dokumentum szakma által ellenőrizve" ma:format="Dropdown" ma:internalName="Ellen_x0151_rz_x00f6_tt">
      <xsd:simpleType>
        <xsd:restriction base="dms:Boolea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dece4-84ff-4b34-b30d-7a152d35493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484767-76ce-4a60-bd09-86f8491f8e9b}" ma:internalName="TaxCatchAll" ma:showField="CatchAllData" ma:web="fcfdece4-84ff-4b34-b30d-7a152d3549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54DDE1-9C44-49D2-992C-C4CD800D4EDC}">
  <ds:schemaRefs>
    <ds:schemaRef ds:uri="http://schemas.microsoft.com/office/2006/metadata/properties"/>
    <ds:schemaRef ds:uri="http://schemas.microsoft.com/office/infopath/2007/PartnerControls"/>
    <ds:schemaRef ds:uri="cb816e00-ee70-488f-b4f7-89bbec988d8f"/>
    <ds:schemaRef ds:uri="fcfdece4-84ff-4b34-b30d-7a152d35493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EF9DDB-A5CE-4C53-870F-18F1A459288E}"/>
</file>

<file path=customXml/itemProps4.xml><?xml version="1.0" encoding="utf-8"?>
<ds:datastoreItem xmlns:ds="http://schemas.openxmlformats.org/officeDocument/2006/customXml" ds:itemID="{733A9E69-C779-43EB-AC6D-270062E4D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Pénzár Árpád</cp:lastModifiedBy>
  <cp:revision>2</cp:revision>
  <dcterms:created xsi:type="dcterms:W3CDTF">2026-10-05T12:35:00Z</dcterms:created>
  <dcterms:modified xsi:type="dcterms:W3CDTF">2026-10-05T12:35:00Z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0x0101005624D95646729E49AEED7D5B706F163D</vt:lpwstr>
  </property>
  <property fmtid="{D5CDD505-2E9C-101B-9397-08002B2CF9AE}" pid="3" name="MediaServiceImageTags">
    <vt:lpwstr/>
  </property>
</Properties>
</file>